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באופן עצמאי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אות נחה משפיעה על צליל הפועל בבניינים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הבחנה מדויקת בין תופעת הנחת האות לבין תופעת הבליעה (פ"נ)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לאיתור שורש חסר – זיהוי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ו, י,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לאיתור שורש חסר – יישום על 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 נחה נכתבת אך לרוב אינה נשמעת, או 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זיהוי הבניין מורידים את האותיות שהוא 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לאיתור שורש חסר – תרגול על פעלים מהאתר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3 · גזרת פ"י/ו: כשהאות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האות הראשונה יכולה להיות גם ו׳ וגם י׳, לכן רושמים אותה כ-י/ו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השמטת מוספיות ההפעיל נשארות 3 אותיות: י/ו-ב-ל, והראשונה 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הצליל האופייני לנפעל בגזרה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הֵינִיק, הֵימִין, הֵילִיל, הֵישִׁיר, הֵיטִיב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גזרת פ"י/ו: כשהאות הראשונה נחה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י/ו-ד-ע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נוֹלַד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הפעיל (הוֹבִיל)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אִישַׁן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י/ו-ט-ב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גזרת פ"י/ו: כשהאות הראשונה נחה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מעבירים את הפועל לבניין הפעיל: הוּרַד הופך להוֹרִיד (3 אותיות - פ"י/ו), והוּקַם הופך להֵקִים (2 אותיות - 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 + שלבים: הוא אתמול הוֹשִׁיב, בניין הפעיל, השמטת ה-י, נשארות 3 אותיות י/ו-ש-ב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 הראשונה הנחה גורמת לשינוי התנועה; השורוק מחליף את הקובוץ הרגיל של הופעל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הֵינִיק - י/ו-נ-ק; הֵימִין - י/ו-מ-ן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4 · גזרת ע"ו/י: כשהאות האמצעית נחה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נשארו רק שתי אותיות (ש־ר) בלי דגש – סימן לבניין קל בגזרה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נשמע נפעל בגזרה זו: נָסוֹג, נָמוֹג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בהפעיל הה׳ מנוקדת בצירה: הֵקִים, הֵעִיר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אכן כך – הוּקַם, הוּרַם, במקום "הֻקַם"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4 · גזרת ע"ו/י: כשהאות האמצעית נחה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היא מוכפלת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להעביר לבניין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גזרת ע"ו/י: כשהאות האמצעית נחה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הֵקִים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קוֹמֵם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גזרת ע"ו/י: כשהאות האמצעית נחה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(התפעל (משקל פולל))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5 · חסרי פ"נ: גזרה שכנה עם דגש תמורת נ'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„פ"נ” מציין שהאות הראשונה (פ' הפועל) היא נ'.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מהבניינים והזמנים, כמו הפעיל ועתיד קל, הנ' נבלעת ומשאירה דגש – היא לא נשמעת.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כשהנ' נבלעת באות שאחריה, היא משאירה סימן – דגש – כזכר לקיומה.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חסרי פ"נ: גזרה שכנה עם דגש תמורת נ'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היא נבלעת ומשאירה דגש באות שאחריה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קל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חסרי פ"נ: גזרה שכנה עם דגש תמורת נ'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חסרי פ"נ: גזרה שכנה עם דגש תמורת נ'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(נ-ג-ע)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(נ-ב-ט)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(נ-ג-ש)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זיהוי והשוואה בין כל הגזרות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מסתיים ב־וֹת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פ״י/ו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זיהוי והשוואה בין כל הגזרות – תרגול לפי שיטת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השמטת ה־הִ וה־י של ההפעיל נשארות ו־ב־ל, והו׳ נחה בתחילת השורש.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הדגש בפ׳ מעיד על נ׳ שנבלעה – זו גזרת חסרי פ״נ, לא ע״ו/י.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הנ׳ נבלעת בעיקר בהפעיל, בהופעל, בנפעל ובעתיד 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זיהוי והשוואה בין כל הגזרות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נָפַל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הִפִּיל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יִפֹּל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זיהוי והשוואה בין כל הגזרות – השוואה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(קָנָה)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(הוֹבִיל)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(הִגִּיעַ)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גזרות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מסתיים ב-וֹת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השמטת מוספיות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את הסדר הנכון: הוא אתמול, בניין, השמטת מוספיות, ספירה,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מיקום האות הנחה (ראשונה/אמצעית/אחרונה) ואת הגזרה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שבנחים האות קיימת אך לא נשמעת או נעלמת, ואילו בחסרי פ"נ האות כלל לא נכתבת אלא מסומנת בדגש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 מפרק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לפעלים דו-אותיים בבניין קל בלבד ולדלג על חסרי פ"נ ועל פולל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בהבדלים בין פ"י/ו לע"ו/י דרך מבחן הפעיל (הוּ_ַ_)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בטבלת השוואה בין הגזרה הנלמדת לגזרות קודמות, כהכנה לפרק המסכם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תעבדו כבלשים: בכל פרק תקבלו פעלים וצריכים לחשוף איזו אות שורש מתחבאת ולמה. עבדו לפי סדר הפרקים, ובכל תרגיל רשמו את שלבי החשיבה - 'הוא אתמול', בניין, השמטת מוספיות, ספירה והחלטה.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חמשת הצעדים לאיתור שורש חסר – זיהוי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בשיטת הבלש לאיתור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יש בדרך כלל לשורש במילה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איזו מילה מסמנים את מקומות האותיות בשורש (פ-ע-ל)?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אותיות נוטות 'לנוח'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ב, כ,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ו, י,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ש, ס, 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ת, ד, 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הבלש: חמשת הצעדים לאיתור שורש חסר – יישום על 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שתמיד נכתבת ונשמעת בבירור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היא קבוצת שורשים שמתנהגים אותו דבר בגלל אות מיוחדת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השלישי בשיטת הבלש הוא השמטת מוספיות שהוסיף הבניין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הבלש: חמשת הצעדים לאיתור שורש חסר – תרגול על פעלים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'יקום' ב'הוא אתמול' הופך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בפועל 'הפנה', אחרי השמטת מוספיות הבניין (הפעיל) נשארות האותיות פ, נ,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נשארות שתי אותיות בעבר או בהווה בלי דגש, הפועל שייך לגזרת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3 · גזרת פ"י/ו: כשהאות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ו׳, ולעולם לא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הוֹבִיל שייך לגזרת פ"י/ו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נפעל, פעלים מגזרת פ"י/ו נשמעים בצליל נוֹ-, כמו בפועל נוֹלַד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בחמישה שורשים בלבד בניין הפעיל בגזרה זו נשמע בצליל הֵי- במקום הוֹ-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גזרת פ"י/ו: כשהאות הראשונה נחה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הוֹדִיעַ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נפעל, "הוא אתמול" של השורש י/ו-ל-ד נשמע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הוּבַל הוא בבניין הופעל; כדי למצוא את שורשו מעבירים אותו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בעתיד של בניין קל, השורש י-ש-ן נשמע __________ בחיריק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מחמשת הפעלים המיוחדים שבהם ההפעיל נשמע הֵי- הוא הֵיטִיב, ששורשו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גזרת פ"י/ו: כשהאות הראשונה נחה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מבחינים בין הוּרַד לבין הוּקַם, למרות ששניהם בתבנית זהה הוּ_ַ_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הפועל הוֹשִׁיב, ומצאו את שורשו לפי שיטת הבלש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בבניין הופעל של גזרת פ"י/ו שומעים שורוק (הוּ) ולא קובוץ, כמקובל בהופעל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שניים מחמשת הפעלים המיוחדים בהם ההפעיל נשמע הֵי-, וכתבו את שורש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4 · גזרת ע"ו/י: כשהאות האמצעית נחה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"שָׁר" הוא פועל דו-אותי מבניין קל, גזרת ע"ו/י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בגזרת ע"ו/י, "הוא אתמול" נשמע בצליל נָ-וֹ, כמו נָסוֹג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בגזרת ע"ו/י הה׳ מנוקדת בחיריק ולא בצירה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בהופעל בגזרת ע"ו/י שומעים שורוק במקום קובוץ, כמו ב"הוּקַם"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4 · גזרת ע"ו/י: כשהאות האמצעית נחה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הפועל "קָם"?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ק-ו-ם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ק-י-ם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ק-מ-ם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ק-ם-ה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מופיע הצליל המיוחד הֵ-ִי, כמו ב"הֵרִים"?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במשקל פולל (במקום פיעל), מה קורה באות האחרונה של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מקבלת 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מוכפלת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למצוא את שורשו של "הוּרַם", מה הדרך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כמו שהוא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לבניין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לבניין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נ׳ בהתחלה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גזרת ע"ו/י: כשהאות האמצעית נחה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פועל בעבר או בהווה שנשארות בו רק שתי אותיות בלי דגש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הוֹ אתמול של השורש ק-ו-ם בבניין הפעיל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במשקל פולל של בניין פיעל מהשורש ק-ו-ם, הצורה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גזרת ע"ו/י: כשהאות האמצעית נחה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שָׁר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הֵקִים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נָסוֹג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התפעל (משקל פולל)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הוּקַם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הִתְעוֹרֵר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5 · חסרי פ"נ: גזרה שכנה עם דגש תמורת נ'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חסרי פ"נ האות הראשונה בשורש היא נ'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הבניינים והזמנים הנ' בחסרי פ"נ נשמעת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בפועל כמו הִפִּיל הוא „טביעת אצבע” של נ' שנבלעה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חסרי פ"נ: גזרה שכנה עם דגש תמורת נ'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לאות נ' בפועל „הִגִּיעַ”?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נשמעת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נעלמת בלי שום סימן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נבלעת ומשאירה דגש באות שאחריה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לאות 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וזמן הנ' בחסרי פ"נ כן נשמעת?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חסרי פ"נ: גזרה שכנה עם דגש תמורת נ'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הִפִּיל הוא נ-פ-__________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בעתיד של בניין קל, הפועל יִפֹּל מגיע מהשורש נ-__________-ל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הֻגַּשׁ בבניין הופעל, אחרי השמטת מוספיות נשארות שתי אותיות עם __________ באות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חסרי פ"נ: גזרה שכנה עם דגש תמורת נ'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הִגִּיעַ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נ-ב-ט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נ-ג-ש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הִבִּיט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נִגַּשׁ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נ-ג-ע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מסכם: זיהוי והשוואה בין כל הגזרות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קָם הוא "הוא אתמול" בבניין קל, ונשארות בו רק 2 אותיות.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קָנָה מסתיים בצליל ָה, ושם הפועל שלו הוא לִקְנוֹת.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הסימן המובהק ביותר לזיהוי גזרת ל״ה/י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ב־הוֹ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דגש באות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נשארות רק 2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הוֹבִיל – אחרי השמטת מוספיות ההפעיל נשארות ו־ב־ל. למה שייכת הגזרה?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מסכם: זיהוי והשוואה בין כל הגזרות – תרגול לפי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הוֹבִיל שייך לגזרת פ״י/ו כי האות הראשונה בשורש היא ו׳ שנחה.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הִפִּיל הוא דוגמה לגזרת ע״ו/י כי נשארות בו רק 2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בחסרי פ״נ, בבניין קל בעבר, הנ׳ בדרך כלל נשמעת ולא נבלעת – כמו בנָפַל ונָסַע.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מסכם: זיהוי והשוואה בין כל הגזרות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"הוא אתמול" של השורש נ-פ-ל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הפעיל, השורש נ-פ-ל הופך ל"__________" ונשארות 2 אותיות עם 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בבניין קל של השורש נ-פ-ל הוא __________ (חיריק ודגש חסר)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מסכם: זיהוי והשוואה בין כל הגזרות – השוואה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הִגִּיעַ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קָנָה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קָם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חסרי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הוֹבִיל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זיהוי גזרות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פועל ב"הוא אתמול" או בהווה שיש בו רק שתי אותיות שורש –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מעיד על גזרת ל"ה/י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ב-וֹת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ב-הוֹ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דגש באות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אותיות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בבניין הפעיל של גזרת פ"י/ו "הוא אתמול" נשמע לרוב: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הִ־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הֵ־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הֻ־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הצורה "הוּבַל" (שורוק במקום קובוץ)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נשארו שתי אותיות ובאות הראשונה דגש – זהו סימן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הצורה "הֵקִים" (ה׳ בצירה) מעידה על 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משקל "פּוֹלֵל" (למשל עוֹרֵר, קוֹמֵם) מחליף פיעל, פועל והתפעל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צעד שלישי בשיטת הבלש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העברה ל"הוא אתמול"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ספירת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חמשת צעדי שיטת הבלש וסדרו אותם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שלושה פעלים מגזרות שונות והסבירו איזו אות נחה בכל אחד ומדוע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את ההבדל בין אות נחה (כמו בל"ה/י) לבין אות שנבלעת ומשאירה דגש (כמו בחסרי פ"נ)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