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באופן עצמאי את חמשת צעדי שיטת הבלש על כל 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ולסווג פעלים לפי גזרת הנחים: ל"ה/י, פ"י/ו, ע"ו/י וחסרי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אות נחה משפיעה על צליל הפועל בבניינים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לבצע הבחנה מדויקת בין תופעת הנחת האות לבין תופעת הבליעה (פ"נ)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הבלש: חמשת הצעדים לאיתור שורש חסר – זיהוי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הבלש: חמשת הצעדים לאיתור שורש חסר – יישום על 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אות נחה נכתבת אך לרוב אינה נשמעת, או נעלמת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גזרה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הבלש: חמשת הצעדים לאיתור שורש חסר – תרגול על פעלים מהאתר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3 · גזרת פ"י/ו: כשהאות הראשונה נחה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האות הראשונה יכולה להיות גם ו׳ וגם י׳, לכן רושמים אותה כ-י/ו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 השמטת מוספיות ההפעיל נשארות 3 אותיות: י/ו-ב-ל, והראשונה 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גזרת פ"י/ו: כשהאות הראשונה נחה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י/ו-ד-ע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נוֹלַד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הפעיל (הוֹבִיל)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גזרת פ"י/ו: כשהאות הראשונה נחה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מעבירים את הפועל לבניין הפעיל: הוּרַד הופך להוֹרִיד (3 אותיות - פ"י/ו), והוּקַם הופך להֵקִים (2 אותיות - ע"ו/י)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4 · גזרת ע"ו/י: כשהאות האמצעית נחה – זיהוי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נשארו רק שתי אותיות (ש־ר) בלי דגש – סימן לבניין קל בגזרה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נשמע נפעל בגזרה זו: נָסוֹג, נָמוֹג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בהפעיל הה׳ מנוקדת בצירה: הֵקִים, הֵעִיר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4 · גזרת ע"ו/י: כשהאות האמצעית נחה – זיהוי בבניינים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ק-ו-ם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גזרת ע"ו/י: כשהאות האמצעית נחה – יישום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הֵקִים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גזרת ע"ו/י: כשהאות האמצעית נחה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5 · חסרי פ"נ: גזרה שכנה עם דגש תמורת נ'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השם „פ"נ” מציין שהאות הראשונה (פ' הפועל) היא נ'.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בחלק מהבניינים והזמנים, כמו הפעיל ועתיד קל, הנ' נבלעת ומשאירה דגש – היא לא נשמעת.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5 · חסרי פ"נ: גזרה שכנה עם דגש תמורת נ' – זיהוי בבניינים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היא נבלעת ומשאירה דגש באות שאחריה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קל בעבר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חסרי פ"נ: גזרה שכנה עם דגש תמורת נ'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חסרי פ"נ: גזרה שכנה עם דגש תמורת נ' – התאמת פועל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(נ-פ-ל)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(נ-ג-ע)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(נ-כ-ר)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(נ-ב-ט)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מסכם: זיהוי והשוואה בין כל הגזרות – זיהוי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ל״ה/י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מסתיים ב־וֹת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מסכם: זיהוי והשוואה בין כל הגזרות – תרגול לפי שיטת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אחרי השמטת ה־הִ וה־י של ההפעיל נשארות ו־ב־ל, והו׳ נחה בתחילת השורש.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הדגש בפ׳ מעיד על נ׳ שנבלעה – זו גזרת חסרי פ״נ, לא ע״ו/י.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מסכם: זיהוי והשוואה בין כל הגזרות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נָפַל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הִפִּיל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מסכם: זיהוי והשוואה בין כל הגזרות – השוואה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(קָנָה)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(הוֹבִיל)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(קָם)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(הִגִּיעַ)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זיהוי גזרות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מסתיים ב-וֹת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הוֹ־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מציג/ה את הסדר הנכון: הוא אתמול, בניין, השמטת מוספיות, ספירה, 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את מיקום האות הנחה (ראשונה/אמצעית/אחרונה) ואת הגזרה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שבנחים האות קיימת אך לא נשמעת או נעלמת, ואילו בחסרי פ"נ האות כלל לא נכתבת אלא מסומנת בדגש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ולהתחיל תמיד בחזרה קצרה על חמשת צעדי שיטת הבלש מפרק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לפעלים דו-אותיים בבניין קל בלבד ולדלג על חסרי פ"נ ועל פולל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בהבדלים בין פ"י/ו לע"ו/י דרך מבחן הפעיל (הוּ_ַ_)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בטבלת השוואה בין הגזרה הנלמדת לגזרות קודמות, כהכנה לפרק המסכם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תעבדו כבלשים: בכל פרק תקבלו פעלים וצריכים לחשוף איזו אות שורש מתחבאת ולמה. עבדו לפי סדר הפרקים, ובכל תרגיל רשמו את שלבי החשיבה - 'הוא אתמול', בניין, השמטת מוספיות, ספירה והחלטה.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הִפִּיל  ·  הֵקִים  ·  ה  ·  נָפַל  ·  הפעיל (הוֹבִיל)  ·  פ  ·  נוֹלַד  ·  קל  ·  ל  ·  י/ו-ד-ע  ·  קם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שיטת הבלש: חמשת הצעדים לאיתור שורש חסר – זיהוי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הצעד הראשון בשיטת הבלש לאיתור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ספירת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זיהוי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אותיות יש בדרך כלל לשורש במילה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איזו מילה מסמנים את מקומות האותיות בשורש (פ-ע-ל)?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שיטת הבלש: חמשת הצעדים לאיתור שורש חסר – יישום על 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אות נחה היא אות שתמיד נכתבת ונשמעת בבירור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גזרה היא קבוצת שורשים שמתנהגים אותו דבר בגלל אות מיוחדת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שיטת הבלש: חמשת הצעדים לאיתור שורש חסר – תרגול על פעלים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הפועל 'יקום' ב'הוא אתמול' הופך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בפועל 'הפנה', אחרי השמטת מוספיות הבניין (הפעיל) נשארות האותיות פ, נ,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3 · גזרת פ"י/ו: כשהאות הראשונה נחה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פ"י/ו האות הראשונה בשורש היא תמיד ו׳, ולעולם לא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הוֹבִיל שייך לגזרת פ"י/ו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3 · גזרת פ"י/ו: כשהאות הראשונה נחה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הפועל הוֹדִיעַ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בבניין נפעל, "הוא אתמול" של השורש י/ו-ל-ד נשמע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הפועל הוּבַל הוא בבניין הופעל; כדי למצוא את שורשו מעבירים אותו לבניין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3 · גזרת פ"י/ו: כשהאות הראשונה נחה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מבחינים בין הוּרַד לבין הוּקַם, למרות ששניהם בתבנית זהה הוּ_ַ_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4 · גזרת ע"ו/י: כשהאות האמצעית נחה – זיהוי ראשוני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"שָׁר" הוא פועל דו-אותי מבניין קל, גזרת ע"ו/י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נפעל בגזרת ע"ו/י, "הוא אתמול" נשמע בצליל נָ-וֹ, כמו נָסוֹג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הפעיל בגזרת ע"ו/י הה׳ מנוקדת בחיריק ולא בצירה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4 · גזרת ע"ו/י: כשהאות האמצעית נחה – זיהוי בבניינים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הפועל "קָם"?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ק-ו-ם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ק-י-ם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ק-מ-ם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בניין מופיע הצליל המיוחד הֵ-ִי, כמו ב"הֵרִים"?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4 · גזרת ע"ו/י: כשהאות האמצעית נחה – יישום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פועל בעבר או בהווה שנשארות בו רק שתי אותיות בלי דגש שייך לבניין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הוֹ אתמול של השורש ק-ו-ם בבניין הפעיל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גזרת ע"ו/י: כשהאות האמצעית נחה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שָׁר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הֵקִים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נָסוֹג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הוּקַם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הפעיל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5 · חסרי פ"נ: גזרה שכנה עם דגש תמורת נ'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חסרי פ"נ האות הראשונה בשורש היא נ'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הבניינים והזמנים הנ' בחסרי פ"נ נשמעת כרגיל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5 · חסרי פ"נ: גזרה שכנה עם דגש תמורת נ' – זיהוי בבניינים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לאות נ' בפועל „הִגִּיעַ”?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נשמעת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נעלמת בלי שום סימן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נבלעת ומשאירה דגש באות שאחריה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בניין וזמן הנ' בחסרי פ"נ כן נשמעת?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קל בעבר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חסרי פ"נ: גזרה שכנה עם דגש תמורת נ'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הפועל הִפִּיל הוא נ-פ-__________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בעתיד של בניין קל, הפועל יִפֹּל מגיע מהשורש נ-__________-ל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חסרי פ"נ: גזרה שכנה עם דגש תמורת נ' – התאמת פועל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הִפִּיל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נ-ב-ט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הִגִּיעַ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נ-פ-ל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הִכִּיר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נ-ג-ע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הִבִּיט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נ-כ-ר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6 · מסכם: זיהוי והשוואה בין כל הגזרות – זיהוי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הפועל קָם הוא "הוא אתמול" בבניין קל, ונשארות בו רק 2 אותיות. לאיזו גזרה הוא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הפועל קָנָה מסתיים בצליל ָה, ושם הפועל שלו הוא לִקְנוֹת. לאיזו גזרה הוא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הסימן המובהק ביותר לזיהוי גזרת ל״ה/י בשם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מסתיים ב־וֹת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מתחיל ב־הוֹ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 דגש באות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6 · מסכם: זיהוי והשוואה בין כל הגזרות – תרגול לפי שיטת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הוֹבִיל שייך לגזרת פ״י/ו כי האות הראשונה בשורש היא ו׳ שנחה.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הִפִּיל הוא דוגמה לגזרת ע״ו/י כי נשארות בו רק 2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מסכם: זיהוי והשוואה בין כל הגזרות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"הוא אתמול" של השורש נ-פ-ל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בבניין הפעיל, השורש נ-פ-ל הופך ל"__________" ונשארות 2 אותיות עם דגש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מסכם: זיהוי והשוואה בין כל הגזרות – השוואה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ל״ה/י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הִגִּיעַ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פ״י/ו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קָם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ע״ו/י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הוֹבִיל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חסרי פ״נ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קָנָה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זיהוי גזרות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פועל ב"הוא אתמול" או בהווה שיש בו רק שתי אותיות שורש – לאיזו גזרה הוא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סימן מעיד על גזרת ל"ה/י בשם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מסתיים ב-וֹת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מתחיל ב-הוֹ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 דגש באות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בבניין הפעיל של גזרת פ"י/ו "הוא אתמול" נשמע לרוב: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הִ־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הוֹ־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הֵ־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במילים שלכם את חמשת צעדי שיטת הבלש וסדרו אותם 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שלושה פעלים מגזרות שונות והסבירו איזו אות נחה בכל אחד ומדוע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